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48448A" w:rsidRPr="003D6573" w14:paraId="0312C550" w14:textId="77777777" w:rsidTr="008A2086">
        <w:trPr>
          <w:jc w:val="center"/>
        </w:trPr>
        <w:tc>
          <w:tcPr>
            <w:tcW w:w="10512" w:type="dxa"/>
            <w:shd w:val="clear" w:color="auto" w:fill="142B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4BDCC3" w14:textId="77777777" w:rsidR="0048448A" w:rsidRPr="0048448A" w:rsidRDefault="0048448A" w:rsidP="00CC4A70">
            <w:pPr>
              <w:jc w:val="center"/>
              <w:rPr>
                <w:rFonts w:ascii="Aptos" w:hAnsi="Aptos" w:cs="Arial"/>
                <w:b/>
                <w:color w:val="93C5FD"/>
                <w:sz w:val="28"/>
                <w:szCs w:val="28"/>
              </w:rPr>
            </w:pPr>
            <w:r w:rsidRPr="0048448A">
              <w:rPr>
                <w:rFonts w:ascii="Aptos" w:hAnsi="Aptos" w:cs="Arial"/>
                <w:b/>
                <w:color w:val="93C5FD"/>
                <w:sz w:val="28"/>
                <w:szCs w:val="28"/>
              </w:rPr>
              <w:t>KARTA ZGŁOSZENIA NA SZKOLENIE</w:t>
            </w:r>
          </w:p>
          <w:p w14:paraId="149A6B4A" w14:textId="5F60EC52" w:rsidR="0048448A" w:rsidRPr="0048448A" w:rsidRDefault="0048448A" w:rsidP="0048448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8448A">
              <w:rPr>
                <w:rFonts w:ascii="Aptos" w:hAnsi="Aptos" w:cs="Arial"/>
                <w:b/>
                <w:color w:val="FFFFFF"/>
                <w:sz w:val="18"/>
                <w:szCs w:val="18"/>
              </w:rPr>
              <w:t>JACEK KOWALCZYK SZKOLENIA</w:t>
            </w:r>
          </w:p>
        </w:tc>
      </w:tr>
      <w:tr w:rsidR="006733AE" w:rsidRPr="003D6573" w14:paraId="4A00ADBC" w14:textId="77777777">
        <w:trPr>
          <w:jc w:val="center"/>
        </w:trPr>
        <w:tc>
          <w:tcPr>
            <w:tcW w:w="10512" w:type="dxa"/>
            <w:tcBorders>
              <w:top w:val="single" w:sz="4" w:space="0" w:color="CBD5E1"/>
              <w:left w:val="single" w:sz="24" w:space="0" w:color="142B4A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C0BB54" w14:textId="46EF68AA" w:rsidR="006733AE" w:rsidRPr="003D6573" w:rsidRDefault="000E1D0E" w:rsidP="000E1D0E">
            <w:pPr>
              <w:spacing w:after="80"/>
              <w:rPr>
                <w:rFonts w:ascii="Aptos" w:hAnsi="Aptos" w:cs="Arial"/>
                <w:sz w:val="24"/>
                <w:szCs w:val="24"/>
              </w:rPr>
            </w:pPr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Jak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wdrożyć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i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realizować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nowe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zadanie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powiatowych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centrów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pomocy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rodzinie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: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koordynacja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i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monitorowanie</w:t>
            </w:r>
            <w:proofErr w:type="spellEnd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opieki</w:t>
            </w:r>
            <w:proofErr w:type="spellEnd"/>
            <w:r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0E1D0E">
              <w:rPr>
                <w:rFonts w:ascii="Aptos" w:hAnsi="Aptos" w:cs="Arial"/>
                <w:b/>
                <w:color w:val="0F172A"/>
                <w:sz w:val="24"/>
                <w:szCs w:val="24"/>
              </w:rPr>
              <w:t>długoterminowej</w:t>
            </w:r>
            <w:proofErr w:type="spellEnd"/>
            <w:r w:rsidR="00000000" w:rsidRPr="003D6573">
              <w:rPr>
                <w:rFonts w:ascii="Aptos" w:hAnsi="Aptos" w:cs="Arial"/>
                <w:b/>
                <w:color w:val="0F172A"/>
                <w:sz w:val="24"/>
                <w:szCs w:val="24"/>
              </w:rPr>
              <w:t>.</w:t>
            </w:r>
          </w:p>
          <w:p w14:paraId="41244025" w14:textId="77777777" w:rsidR="00CC4A70" w:rsidRPr="00CC4A70" w:rsidRDefault="00CC4A70" w:rsidP="00CC4A70">
            <w:pPr>
              <w:spacing w:line="240" w:lineRule="auto"/>
              <w:rPr>
                <w:rFonts w:ascii="Aptos" w:hAnsi="Aptos" w:cs="Arial"/>
                <w:b/>
                <w:sz w:val="14"/>
                <w:szCs w:val="14"/>
              </w:rPr>
            </w:pPr>
          </w:p>
          <w:p w14:paraId="2EDF5D07" w14:textId="40A89ABE" w:rsidR="006733AE" w:rsidRPr="003D6573" w:rsidRDefault="00000000" w:rsidP="0048448A">
            <w:pPr>
              <w:tabs>
                <w:tab w:val="left" w:pos="6440"/>
              </w:tabs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 xml:space="preserve">Termin: </w:t>
            </w:r>
            <w:r w:rsidR="000E1D0E">
              <w:rPr>
                <w:rFonts w:ascii="Aptos" w:hAnsi="Aptos" w:cs="Arial"/>
                <w:b/>
              </w:rPr>
              <w:t>21</w:t>
            </w:r>
            <w:r w:rsidRPr="003D6573">
              <w:rPr>
                <w:rFonts w:ascii="Aptos" w:hAnsi="Aptos" w:cs="Arial"/>
                <w:b/>
              </w:rPr>
              <w:t xml:space="preserve"> </w:t>
            </w:r>
            <w:proofErr w:type="spellStart"/>
            <w:r w:rsidRPr="003D6573">
              <w:rPr>
                <w:rFonts w:ascii="Aptos" w:hAnsi="Aptos" w:cs="Arial"/>
                <w:b/>
              </w:rPr>
              <w:t>września</w:t>
            </w:r>
            <w:proofErr w:type="spellEnd"/>
            <w:r w:rsidRPr="003D6573">
              <w:rPr>
                <w:rFonts w:ascii="Aptos" w:hAnsi="Aptos" w:cs="Arial"/>
                <w:b/>
              </w:rPr>
              <w:t xml:space="preserve"> 2026 r.     Forma: </w:t>
            </w:r>
            <w:r w:rsidRPr="003D6573">
              <w:rPr>
                <w:rFonts w:ascii="Aptos" w:hAnsi="Aptos" w:cs="Arial"/>
              </w:rPr>
              <w:t>On-line (Google Meets)</w:t>
            </w:r>
            <w:r w:rsidRPr="003D6573">
              <w:rPr>
                <w:rFonts w:ascii="Aptos" w:hAnsi="Aptos" w:cs="Arial"/>
              </w:rPr>
              <w:br/>
            </w:r>
            <w:r w:rsidRPr="003D6573">
              <w:rPr>
                <w:rFonts w:ascii="Aptos" w:hAnsi="Aptos" w:cs="Arial"/>
                <w:b/>
              </w:rPr>
              <w:t xml:space="preserve">Czas trwania: </w:t>
            </w:r>
            <w:r w:rsidRPr="003D6573">
              <w:rPr>
                <w:rFonts w:ascii="Aptos" w:hAnsi="Aptos" w:cs="Arial"/>
              </w:rPr>
              <w:t xml:space="preserve">4 godziny zegarowe     </w:t>
            </w:r>
            <w:r w:rsidRPr="003D6573">
              <w:rPr>
                <w:rFonts w:ascii="Aptos" w:hAnsi="Aptos" w:cs="Arial"/>
                <w:b/>
              </w:rPr>
              <w:t xml:space="preserve">Organizator: </w:t>
            </w:r>
            <w:r w:rsidRPr="003D6573">
              <w:rPr>
                <w:rFonts w:ascii="Aptos" w:hAnsi="Aptos" w:cs="Arial"/>
              </w:rPr>
              <w:t xml:space="preserve">Jacek Kowalczyk </w:t>
            </w:r>
            <w:proofErr w:type="spellStart"/>
            <w:r w:rsidRPr="003D6573">
              <w:rPr>
                <w:rFonts w:ascii="Aptos" w:hAnsi="Aptos" w:cs="Arial"/>
              </w:rPr>
              <w:t>Szkolenia</w:t>
            </w:r>
            <w:proofErr w:type="spellEnd"/>
            <w:r w:rsidR="0048448A">
              <w:rPr>
                <w:rFonts w:ascii="Aptos" w:hAnsi="Aptos" w:cs="Arial"/>
              </w:rPr>
              <w:t xml:space="preserve">  email: </w:t>
            </w:r>
            <w:r w:rsidR="0048448A" w:rsidRPr="0048448A">
              <w:rPr>
                <w:rFonts w:ascii="Aptos" w:hAnsi="Aptos" w:cs="Arial"/>
              </w:rPr>
              <w:t>kontakt@jkszkolenia.pl</w:t>
            </w:r>
          </w:p>
        </w:tc>
      </w:tr>
    </w:tbl>
    <w:p w14:paraId="1715D71F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1. DANE UCZESTNIKA I PODMIOTU ZGŁASZAJĄCEGO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685456C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A813A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Podmiot zgłaszający (nazwa i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CE16997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2E6C540E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E9C8ACA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D30C036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C4F224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Imię i nazwisko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8689512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4B8A0181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2F2B99E6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BBD589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Osoba zgłaszająca (jeśli inna niż uczestnik):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7AECF1C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5EFBBF76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6F0425F3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7396423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A7E82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Adres e-mail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2BBEFD1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EE3FF1F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5900110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92F4C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Nr telefonu kontaktowego do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33F803CB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9B871F0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4CB6431C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4459B597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359D2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>Pierwsza / druga lub kolejna osoba z podmiotu (Cena):</w:t>
            </w:r>
            <w:r w:rsidRPr="003D6573">
              <w:rPr>
                <w:rFonts w:ascii="Aptos" w:hAnsi="Aptos" w:cs="Arial"/>
                <w:b/>
              </w:rPr>
              <w:br/>
            </w:r>
            <w:r w:rsidRPr="003D6573">
              <w:rPr>
                <w:rFonts w:ascii="Aptos" w:hAnsi="Aptos" w:cs="Arial"/>
              </w:rPr>
              <w:t xml:space="preserve">  [  ] Pierwsza osoba z podmiotu (299 zł)          [  ] Druga i kolejna osoba z podmiotu (99 zł)</w:t>
            </w:r>
          </w:p>
        </w:tc>
      </w:tr>
    </w:tbl>
    <w:p w14:paraId="409835B3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2. DANE DO FAKTURY VAT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112"/>
        <w:gridCol w:w="288"/>
      </w:tblGrid>
      <w:tr w:rsidR="006733AE" w:rsidRPr="003D6573" w14:paraId="5F5B448E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50F7AF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 xml:space="preserve">Dane do </w:t>
            </w:r>
            <w:proofErr w:type="spellStart"/>
            <w:r w:rsidRPr="003D6573">
              <w:rPr>
                <w:rFonts w:ascii="Aptos" w:hAnsi="Aptos" w:cs="Arial"/>
                <w:b/>
                <w:color w:val="334155"/>
                <w:sz w:val="16"/>
              </w:rPr>
              <w:t>faktury</w:t>
            </w:r>
            <w:proofErr w:type="spellEnd"/>
            <w:r w:rsidRPr="003D6573">
              <w:rPr>
                <w:rFonts w:ascii="Aptos" w:hAnsi="Aptos" w:cs="Arial"/>
                <w:b/>
                <w:color w:val="334155"/>
                <w:sz w:val="16"/>
              </w:rPr>
              <w:t xml:space="preserve"> - Nabywca (Pełna nazwa, adres, NIP):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BA665DC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F3ABE60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099E5B8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90848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Dane do faktury - Odbiorca (Nazwa,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6F2F72A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02F7046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200AF8B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1073D6C0" w14:textId="77777777">
        <w:trPr>
          <w:jc w:val="center"/>
        </w:trPr>
        <w:tc>
          <w:tcPr>
            <w:tcW w:w="10800" w:type="dxa"/>
            <w:gridSpan w:val="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26CC7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3EC4F2F0" w14:textId="77777777">
        <w:trPr>
          <w:gridAfter w:val="1"/>
          <w:wAfter w:w="60" w:type="dxa"/>
          <w:jc w:val="center"/>
        </w:trPr>
        <w:tc>
          <w:tcPr>
            <w:tcW w:w="10512" w:type="dxa"/>
            <w:gridSpan w:val="2"/>
            <w:tcBorders>
              <w:top w:val="single" w:sz="4" w:space="0" w:color="CBD5E1"/>
              <w:left w:val="single" w:sz="20" w:space="0" w:color="142B4A"/>
              <w:bottom w:val="single" w:sz="4" w:space="0" w:color="CBD5E1"/>
              <w:right w:val="single" w:sz="4" w:space="0" w:color="CBD5E1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25007" w14:textId="7E0F7D5C" w:rsidR="006733AE" w:rsidRPr="001F3030" w:rsidRDefault="001F303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D</w:t>
            </w:r>
            <w:r w:rsidR="00000000" w:rsidRPr="001F3030">
              <w:rPr>
                <w:rFonts w:ascii="Aptos" w:hAnsi="Aptos" w:cs="Arial"/>
                <w:sz w:val="20"/>
                <w:szCs w:val="20"/>
              </w:rPr>
              <w:t>ostęp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do platformy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szkolenia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możliwy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po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dokonani</w:t>
            </w:r>
            <w:r>
              <w:rPr>
                <w:rFonts w:ascii="Aptos" w:hAnsi="Aptos" w:cs="Arial"/>
                <w:sz w:val="20"/>
                <w:szCs w:val="20"/>
              </w:rPr>
              <w:t>u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przelewu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opłaty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za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szkolenie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24A8A539" w14:textId="77777777" w:rsidR="006733AE" w:rsidRPr="003D6573" w:rsidRDefault="006733AE">
      <w:pPr>
        <w:spacing w:before="400"/>
        <w:rPr>
          <w:rFonts w:ascii="Aptos" w:hAnsi="Aptos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A9C2FE2" w14:textId="77777777">
        <w:trPr>
          <w:jc w:val="center"/>
        </w:trPr>
        <w:tc>
          <w:tcPr>
            <w:tcW w:w="5400" w:type="dxa"/>
          </w:tcPr>
          <w:p w14:paraId="74D752D9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Miejscowość, data</w:t>
            </w:r>
          </w:p>
        </w:tc>
        <w:tc>
          <w:tcPr>
            <w:tcW w:w="5400" w:type="dxa"/>
          </w:tcPr>
          <w:p w14:paraId="03923231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Podpis osoby upoważnionej / zgłaszającej</w:t>
            </w:r>
          </w:p>
        </w:tc>
      </w:tr>
    </w:tbl>
    <w:p w14:paraId="74E5BFC6" w14:textId="77777777" w:rsidR="006733AE" w:rsidRPr="003D6573" w:rsidRDefault="00000000">
      <w:pPr>
        <w:rPr>
          <w:rFonts w:ascii="Aptos" w:hAnsi="Aptos" w:cs="Arial"/>
        </w:rPr>
      </w:pPr>
      <w:r w:rsidRPr="003D6573">
        <w:rPr>
          <w:rFonts w:ascii="Aptos" w:hAnsi="Aptos" w:cs="Arial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12"/>
        <w:gridCol w:w="3600"/>
      </w:tblGrid>
      <w:tr w:rsidR="006733AE" w:rsidRPr="003D6573" w14:paraId="4A71ABF7" w14:textId="77777777">
        <w:trPr>
          <w:jc w:val="center"/>
        </w:trPr>
        <w:tc>
          <w:tcPr>
            <w:tcW w:w="6912" w:type="dxa"/>
            <w:shd w:val="clear" w:color="auto" w:fill="142B4A"/>
          </w:tcPr>
          <w:p w14:paraId="2CFB047E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lastRenderedPageBreak/>
              <w:t>JACEK KOWALCZYK SZKOLENIA</w:t>
            </w:r>
            <w:r w:rsidRPr="003D6573">
              <w:rPr>
                <w:rFonts w:ascii="Aptos" w:hAnsi="Aptos" w:cs="Arial"/>
                <w:b/>
              </w:rPr>
              <w:br/>
              <w:t>INFORMACJA O OCHRONIE DANYCH OSOBOWYCH</w:t>
            </w:r>
          </w:p>
        </w:tc>
        <w:tc>
          <w:tcPr>
            <w:tcW w:w="3600" w:type="dxa"/>
            <w:shd w:val="clear" w:color="auto" w:fill="142B4A"/>
          </w:tcPr>
          <w:p w14:paraId="34E82F77" w14:textId="77777777" w:rsidR="006733AE" w:rsidRPr="003D6573" w:rsidRDefault="00000000">
            <w:pPr>
              <w:jc w:val="right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kontakt@jkszkolenia.pl</w:t>
            </w:r>
          </w:p>
        </w:tc>
      </w:tr>
    </w:tbl>
    <w:p w14:paraId="05DF045E" w14:textId="77777777" w:rsidR="006733AE" w:rsidRPr="003D6573" w:rsidRDefault="00000000">
      <w:pPr>
        <w:jc w:val="center"/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</w:rPr>
        <w:br/>
      </w:r>
      <w:r w:rsidRPr="003D6573">
        <w:rPr>
          <w:rFonts w:ascii="Aptos" w:hAnsi="Aptos" w:cs="Arial"/>
          <w:b/>
          <w:sz w:val="18"/>
          <w:szCs w:val="18"/>
        </w:rPr>
        <w:t>Klauzula informacyjna dotycząca przetwarzania danych osobowych</w:t>
      </w:r>
    </w:p>
    <w:p w14:paraId="57B7314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1. Administrator danych osobowych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Administratorem Pani/Pana danych osobowych jest Jacek Kowalczyk, prowadzący działalność gospodarczą pod firmą „Jacek Kowalczyk Szkolenia”, z siedzibą pod adresem: 28-350 Rawka 42.</w:t>
      </w:r>
      <w:r w:rsidRPr="003D6573">
        <w:rPr>
          <w:rFonts w:ascii="Aptos" w:hAnsi="Aptos" w:cs="Arial"/>
          <w:sz w:val="18"/>
          <w:szCs w:val="18"/>
        </w:rPr>
        <w:br/>
        <w:t>Kontakt z Administratorem jest możliwy za pośrednictwem adresu e-mail: kontakt@jkszkolenia.pl.</w:t>
      </w:r>
    </w:p>
    <w:p w14:paraId="29E9AA2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2. Cel i podstawa prawna przetwarzania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przetwarzane w celu:</w:t>
      </w:r>
      <w:r w:rsidRPr="003D6573">
        <w:rPr>
          <w:rFonts w:ascii="Aptos" w:hAnsi="Aptos" w:cs="Arial"/>
          <w:sz w:val="18"/>
          <w:szCs w:val="18"/>
        </w:rPr>
        <w:br/>
        <w:t>• organizacji i realizacji szkolenia,</w:t>
      </w:r>
      <w:r w:rsidRPr="003D6573">
        <w:rPr>
          <w:rFonts w:ascii="Aptos" w:hAnsi="Aptos" w:cs="Arial"/>
          <w:sz w:val="18"/>
          <w:szCs w:val="18"/>
        </w:rPr>
        <w:br/>
        <w:t>• prowadzenia dokumentacji związanej z udziałem w szkoleniu,</w:t>
      </w:r>
      <w:r w:rsidRPr="003D6573">
        <w:rPr>
          <w:rFonts w:ascii="Aptos" w:hAnsi="Aptos" w:cs="Arial"/>
          <w:sz w:val="18"/>
          <w:szCs w:val="18"/>
        </w:rPr>
        <w:br/>
        <w:t>• potwierdzenia uczestnictwa oraz, w przypadku spełnienia wymaganych warunków, wydania zaświadczenia,</w:t>
      </w:r>
      <w:r w:rsidRPr="003D6573">
        <w:rPr>
          <w:rFonts w:ascii="Aptos" w:hAnsi="Aptos" w:cs="Arial"/>
          <w:sz w:val="18"/>
          <w:szCs w:val="18"/>
        </w:rPr>
        <w:br/>
        <w:t>• realizacji obowiązków prawnych ciążących na Administratorze,</w:t>
      </w:r>
      <w:r w:rsidRPr="003D6573">
        <w:rPr>
          <w:rFonts w:ascii="Aptos" w:hAnsi="Aptos" w:cs="Arial"/>
          <w:sz w:val="18"/>
          <w:szCs w:val="18"/>
        </w:rPr>
        <w:br/>
        <w:t>• rozliczenia świadczonych usług,</w:t>
      </w:r>
      <w:r w:rsidRPr="003D6573">
        <w:rPr>
          <w:rFonts w:ascii="Aptos" w:hAnsi="Aptos" w:cs="Arial"/>
          <w:sz w:val="18"/>
          <w:szCs w:val="18"/>
        </w:rPr>
        <w:br/>
        <w:t>• dochodzenia ewentualnych roszczeń lub obrony przed nimi.</w:t>
      </w:r>
      <w:r w:rsidRPr="003D6573">
        <w:rPr>
          <w:rFonts w:ascii="Aptos" w:hAnsi="Aptos" w:cs="Arial"/>
          <w:sz w:val="18"/>
          <w:szCs w:val="18"/>
        </w:rPr>
        <w:br/>
        <w:t>Podstawą prawną przetwarzania danych jest art. 6 ust. 1 lit. b RODO – przetwarzanie niezbędne do wykonania umowy lub podjęcia działań na żądanie osoby, której dane dotyczą, przed zawarciem umowy, art. 6 ust. 1 lit. c RODO – w zakresie, w jakim przetwarzanie jest niezbędne do wykonania obowiązków prawnych ciążących na Administratorze, oraz art. 6 ust. 1 lit. f RODO – w zakresie prawnie uzasadnionych interesów Administratora, w szczególności związanych z dochodzeniem lub obroną przed roszczeniami.</w:t>
      </w:r>
    </w:p>
    <w:p w14:paraId="0430CF8B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3. Zakres przetwarzanych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W zależności od charakteru szkolenia Administrator może przetwarzać w szczególności: imię i nazwisko, dane kontaktowe, dane dotyczące udziału w szkoleniu oraz informacje niezbędne do wystawienia dokumentów potwierdzających uczestnictwo.</w:t>
      </w:r>
    </w:p>
    <w:p w14:paraId="5F96BE44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4. Odbiorcy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mogą być przekazywane podmiotom uprawnionym do ich otrzymania na podstawie przepisów prawa oraz podmiotom współpracującym z Administratorem w zakresie niezbędnym do realizacji szkolenia, obsługi księgowej, informatycznej lub prawnej – na podstawie odpowiednich umów i z zachowaniem wymogów dotyczących ochrony danych osobowych.</w:t>
      </w:r>
    </w:p>
    <w:p w14:paraId="350E2E71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5. Okres przechowywania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przechowywane przez okres niezbędny do realizacji celów, dla których zostały zebrane, a następnie przez okres wymagany przepisami prawa, w szczególności dotyczącymi dokumentacji podatkowej i rachunkowej, lub do czasu upływu terminów przedawnienia ewentualnych roszczeń.</w:t>
      </w:r>
    </w:p>
    <w:p w14:paraId="7C186290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6. Prawa osoby, której dane dotyczą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do:</w:t>
      </w:r>
      <w:r w:rsidRPr="003D6573">
        <w:rPr>
          <w:rFonts w:ascii="Aptos" w:hAnsi="Aptos" w:cs="Arial"/>
          <w:sz w:val="18"/>
          <w:szCs w:val="18"/>
        </w:rPr>
        <w:br/>
        <w:t>• dostępu do swoich danych osobowych,</w:t>
      </w:r>
      <w:r w:rsidRPr="003D6573">
        <w:rPr>
          <w:rFonts w:ascii="Aptos" w:hAnsi="Aptos" w:cs="Arial"/>
          <w:sz w:val="18"/>
          <w:szCs w:val="18"/>
        </w:rPr>
        <w:br/>
        <w:t>• sprostowania danych,</w:t>
      </w:r>
      <w:r w:rsidRPr="003D6573">
        <w:rPr>
          <w:rFonts w:ascii="Aptos" w:hAnsi="Aptos" w:cs="Arial"/>
          <w:sz w:val="18"/>
          <w:szCs w:val="18"/>
        </w:rPr>
        <w:br/>
        <w:t>• usunięcia danych – w przypadkach określonych w art. 17 RODO,</w:t>
      </w:r>
      <w:r w:rsidRPr="003D6573">
        <w:rPr>
          <w:rFonts w:ascii="Aptos" w:hAnsi="Aptos" w:cs="Arial"/>
          <w:sz w:val="18"/>
          <w:szCs w:val="18"/>
        </w:rPr>
        <w:br/>
        <w:t>• ograniczenia przetwarzania danych,</w:t>
      </w:r>
      <w:r w:rsidRPr="003D6573">
        <w:rPr>
          <w:rFonts w:ascii="Aptos" w:hAnsi="Aptos" w:cs="Arial"/>
          <w:sz w:val="18"/>
          <w:szCs w:val="18"/>
        </w:rPr>
        <w:br/>
        <w:t>• przenoszenia danych – w przypadkach określonych w art. 20 RODO,</w:t>
      </w:r>
      <w:r w:rsidRPr="003D6573">
        <w:rPr>
          <w:rFonts w:ascii="Aptos" w:hAnsi="Aptos" w:cs="Arial"/>
          <w:sz w:val="18"/>
          <w:szCs w:val="18"/>
        </w:rPr>
        <w:br/>
        <w:t>• wniesienia sprzeciwu wobec przetwarzania danych opartego na art. 6 ust. 1 lit. f RODO.</w:t>
      </w:r>
    </w:p>
    <w:p w14:paraId="4E8A3362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7. Prawo wniesienia skargi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wniesienia skargi do organu nadzorczego właściwego w sprawach ochrony danych osobowych, jeżeli uzna Pani/Pan, że przetwarzanie danych osobowych narusza przepisy RODO.</w:t>
      </w:r>
    </w:p>
    <w:p w14:paraId="26E2273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8. Dobrowolność podania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Podanie danych osobowych jest dobrowolne, jednak w zakresie, w jakim dane są niezbędne do udziału w szkoleniu, jego prawidłowej organizacji, rozliczenia lub wystawienia dokumentu potwierdzającego uczestnictwo, ich podanie może być warunkiem realizacji tych czynności.</w:t>
      </w:r>
    </w:p>
    <w:p w14:paraId="4D07696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9. Zautomatyzowane podejmowanie decyzji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nie będą podlegały zautomatyzowanemu podejmowaniu decyzji, w tym profilowaniu, które wywoływałoby wobec Pani/Pana skutki prawne lub w podobny sposób istotnie na Panią/Pana wpływało.</w:t>
      </w:r>
    </w:p>
    <w:sectPr w:rsidR="006733AE" w:rsidRPr="003D6573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3997750">
    <w:abstractNumId w:val="8"/>
  </w:num>
  <w:num w:numId="2" w16cid:durableId="1542014622">
    <w:abstractNumId w:val="6"/>
  </w:num>
  <w:num w:numId="3" w16cid:durableId="1951624862">
    <w:abstractNumId w:val="5"/>
  </w:num>
  <w:num w:numId="4" w16cid:durableId="656688971">
    <w:abstractNumId w:val="4"/>
  </w:num>
  <w:num w:numId="5" w16cid:durableId="1438870103">
    <w:abstractNumId w:val="7"/>
  </w:num>
  <w:num w:numId="6" w16cid:durableId="1736736564">
    <w:abstractNumId w:val="3"/>
  </w:num>
  <w:num w:numId="7" w16cid:durableId="254024208">
    <w:abstractNumId w:val="2"/>
  </w:num>
  <w:num w:numId="8" w16cid:durableId="783884306">
    <w:abstractNumId w:val="1"/>
  </w:num>
  <w:num w:numId="9" w16cid:durableId="148131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D0E"/>
    <w:rsid w:val="0015074B"/>
    <w:rsid w:val="00171BA2"/>
    <w:rsid w:val="001F3030"/>
    <w:rsid w:val="0029639D"/>
    <w:rsid w:val="00326F90"/>
    <w:rsid w:val="003D6573"/>
    <w:rsid w:val="0048448A"/>
    <w:rsid w:val="005B7072"/>
    <w:rsid w:val="006733AE"/>
    <w:rsid w:val="00824DB7"/>
    <w:rsid w:val="00AA1D8D"/>
    <w:rsid w:val="00AD690E"/>
    <w:rsid w:val="00B47730"/>
    <w:rsid w:val="00CB0664"/>
    <w:rsid w:val="00CB5CFC"/>
    <w:rsid w:val="00CC4A70"/>
    <w:rsid w:val="00DC48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59D40"/>
  <w14:defaultImageDpi w14:val="300"/>
  <w15:docId w15:val="{358262F3-6B87-4603-96D3-55A5D19B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Kowalczyk</cp:lastModifiedBy>
  <cp:revision>4</cp:revision>
  <cp:lastPrinted>2026-08-22T18:41:00Z</cp:lastPrinted>
  <dcterms:created xsi:type="dcterms:W3CDTF">2026-08-22T18:40:00Z</dcterms:created>
  <dcterms:modified xsi:type="dcterms:W3CDTF">2026-08-22T18:58:00Z</dcterms:modified>
  <cp:category/>
</cp:coreProperties>
</file>